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آموزشی ترجمه "مالی و اقتصادی"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آموزشی ترجمه "مالی و اقتصادی"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9199*4*044</w:t>
            </w:r>
          </w:p>
        </w:tc>
        <w:tc>
          <w:tcPr>
            <w:tcW w:type="dxa" w:w="1728"/>
          </w:tcPr>
          <w:p>
            <w:r>
              <w:t>Gisoo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Shgisoo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919*9****7</w:t>
            </w:r>
          </w:p>
        </w:tc>
        <w:tc>
          <w:tcPr>
            <w:tcW w:type="dxa" w:w="1728"/>
          </w:tcPr>
          <w:p>
            <w:r>
              <w:t>giti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Prp_Giti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91***4*9*3</w:t>
            </w:r>
          </w:p>
        </w:tc>
        <w:tc>
          <w:tcPr>
            <w:tcW w:type="dxa" w:w="1728"/>
          </w:tcPr>
          <w:p>
            <w:r>
              <w:t>Yeganeh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Uniquekaz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93*4**3*1*</w:t>
            </w:r>
          </w:p>
        </w:tc>
        <w:tc>
          <w:tcPr>
            <w:tcW w:type="dxa" w:w="1728"/>
          </w:tcPr>
          <w:p>
            <w:r>
              <w:t>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93*924*2**</w:t>
            </w:r>
          </w:p>
        </w:tc>
        <w:tc>
          <w:tcPr>
            <w:tcW w:type="dxa" w:w="1728"/>
          </w:tcPr>
          <w:p>
            <w:r>
              <w:t>•Nilgoon•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the_nilgoon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914332043*</w:t>
            </w:r>
          </w:p>
        </w:tc>
        <w:tc>
          <w:tcPr>
            <w:tcW w:type="dxa" w:w="1728"/>
          </w:tcPr>
          <w:p>
            <w:r>
              <w:t>Nafis🌸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nafis_mh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93**0*9919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miladzarei2020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901712*0**</w:t>
            </w:r>
          </w:p>
        </w:tc>
        <w:tc>
          <w:tcPr>
            <w:tcW w:type="dxa" w:w="1728"/>
          </w:tcPr>
          <w:p>
            <w:r>
              <w:t>setare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Ssstare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93*7*714*2</w:t>
            </w:r>
          </w:p>
        </w:tc>
        <w:tc>
          <w:tcPr>
            <w:tcW w:type="dxa" w:w="1728"/>
          </w:tcPr>
          <w:p>
            <w:r>
              <w:t>🌸Maryam</w:t>
            </w:r>
          </w:p>
        </w:tc>
        <w:tc>
          <w:tcPr>
            <w:tcW w:type="dxa" w:w="1728"/>
          </w:tcPr>
          <w:p>
            <w:r>
              <w:t>Hashem Aghaee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990794241*</w:t>
            </w:r>
          </w:p>
        </w:tc>
        <w:tc>
          <w:tcPr>
            <w:tcW w:type="dxa" w:w="1728"/>
          </w:tcPr>
          <w:p>
            <w:r>
              <w:t>Kines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Ketabb999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91*21111*2</w:t>
            </w:r>
          </w:p>
        </w:tc>
        <w:tc>
          <w:tcPr>
            <w:tcW w:type="dxa" w:w="1728"/>
          </w:tcPr>
          <w:p>
            <w:r>
              <w:t>𝓐𝓰𝓪𝓽𝓱𝓪 シ︎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Nrparia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937*03232*</w:t>
            </w:r>
          </w:p>
        </w:tc>
        <w:tc>
          <w:tcPr>
            <w:tcW w:type="dxa" w:w="1728"/>
          </w:tcPr>
          <w:p>
            <w:r>
              <w:t>Hedi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hedirahimi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9399229942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mmm136777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917*7*3493</w:t>
            </w:r>
          </w:p>
        </w:tc>
        <w:tc>
          <w:tcPr>
            <w:tcW w:type="dxa" w:w="1728"/>
          </w:tcPr>
          <w:p>
            <w:r>
              <w:t>Morteza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morteza3493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9223*90241</w:t>
            </w:r>
          </w:p>
        </w:tc>
        <w:tc>
          <w:tcPr>
            <w:tcW w:type="dxa" w:w="1728"/>
          </w:tcPr>
          <w:p>
            <w:r>
              <w:t>H Mahmoodi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ra_h_60658593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9102434*27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EhsaseAbi65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91471*3*34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Asaldoust</w:t>
            </w:r>
          </w:p>
        </w:tc>
        <w:tc>
          <w:tcPr>
            <w:tcW w:type="dxa" w:w="1728"/>
          </w:tcPr>
          <w:p>
            <w:r>
              <w:t>Sinaasal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919*93471*</w:t>
            </w:r>
          </w:p>
        </w:tc>
        <w:tc>
          <w:tcPr>
            <w:tcW w:type="dxa" w:w="1728"/>
          </w:tcPr>
          <w:p>
            <w:r>
              <w:t>Vida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Translator_star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9339019*7*</w:t>
            </w:r>
          </w:p>
        </w:tc>
        <w:tc>
          <w:tcPr>
            <w:tcW w:type="dxa" w:w="1728"/>
          </w:tcPr>
          <w:p>
            <w:r>
              <w:t>Mahya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9123*10**9</w:t>
            </w:r>
          </w:p>
        </w:tc>
        <w:tc>
          <w:tcPr>
            <w:tcW w:type="dxa" w:w="1728"/>
          </w:tcPr>
          <w:p>
            <w:r>
              <w:t>🅐</w:t>
            </w:r>
          </w:p>
        </w:tc>
        <w:tc>
          <w:tcPr>
            <w:tcW w:type="dxa" w:w="1728"/>
          </w:tcPr>
          <w:p>
            <w:r>
              <w:t>Haghi</w:t>
            </w:r>
          </w:p>
        </w:tc>
        <w:tc>
          <w:tcPr>
            <w:tcW w:type="dxa" w:w="1728"/>
          </w:tcPr>
          <w:p>
            <w:r>
              <w:t>AlfaSteel1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939*90*293</w:t>
            </w:r>
          </w:p>
        </w:tc>
        <w:tc>
          <w:tcPr>
            <w:tcW w:type="dxa" w:w="1728"/>
          </w:tcPr>
          <w:p>
            <w:r>
              <w:t>Farzin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farzin_vish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93*3**1023</w:t>
            </w:r>
          </w:p>
        </w:tc>
        <w:tc>
          <w:tcPr>
            <w:tcW w:type="dxa" w:w="1728"/>
          </w:tcPr>
          <w:p>
            <w:r>
              <w:t>فانوس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Shstar14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912*12047*</w:t>
            </w:r>
          </w:p>
        </w:tc>
        <w:tc>
          <w:tcPr>
            <w:tcW w:type="dxa" w:w="1728"/>
          </w:tcPr>
          <w:p>
            <w:r>
              <w:t>ناصر</w:t>
            </w:r>
          </w:p>
        </w:tc>
        <w:tc>
          <w:tcPr>
            <w:tcW w:type="dxa" w:w="1728"/>
          </w:tcPr>
          <w:p>
            <w:r>
              <w:t>سبعی</w:t>
            </w:r>
          </w:p>
        </w:tc>
        <w:tc>
          <w:tcPr>
            <w:tcW w:type="dxa" w:w="1728"/>
          </w:tcPr>
          <w:p>
            <w:r>
              <w:t>Na_Sab38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912*339470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Seif</w:t>
            </w:r>
          </w:p>
        </w:tc>
        <w:tc>
          <w:tcPr>
            <w:tcW w:type="dxa" w:w="1728"/>
          </w:tcPr>
          <w:p>
            <w:r>
              <w:t>ShH66M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91940*0020</w:t>
            </w:r>
          </w:p>
        </w:tc>
        <w:tc>
          <w:tcPr>
            <w:tcW w:type="dxa" w:w="1728"/>
          </w:tcPr>
          <w:p>
            <w:r>
              <w:t>AmirHossein.SH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AH201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917*0**709</w:t>
            </w:r>
          </w:p>
        </w:tc>
        <w:tc>
          <w:tcPr>
            <w:tcW w:type="dxa" w:w="1728"/>
          </w:tcPr>
          <w:p>
            <w:r>
              <w:t>Ebrahiim Hsl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Ebrahim_hsl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913**3*1*4</w:t>
            </w:r>
          </w:p>
        </w:tc>
        <w:tc>
          <w:tcPr>
            <w:tcW w:type="dxa" w:w="1728"/>
          </w:tcPr>
          <w:p>
            <w:r>
              <w:t>AhmadReza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hmadrezaa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939*71*2**</w:t>
            </w:r>
          </w:p>
        </w:tc>
        <w:tc>
          <w:tcPr>
            <w:tcW w:type="dxa" w:w="1728"/>
          </w:tcPr>
          <w:p>
            <w:r>
              <w:t>زرین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daisy_1401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91*4*3**02</w:t>
            </w:r>
          </w:p>
        </w:tc>
        <w:tc>
          <w:tcPr>
            <w:tcW w:type="dxa" w:w="1728"/>
          </w:tcPr>
          <w:p>
            <w:r>
              <w:t>Mohammadreza</w:t>
            </w:r>
          </w:p>
        </w:tc>
        <w:tc>
          <w:tcPr>
            <w:tcW w:type="dxa" w:w="1728"/>
          </w:tcPr>
          <w:p>
            <w:r>
              <w:t>Abbaspour</w:t>
            </w:r>
          </w:p>
        </w:tc>
        <w:tc>
          <w:tcPr>
            <w:tcW w:type="dxa" w:w="1728"/>
          </w:tcPr>
          <w:p>
            <w:r>
              <w:t>Mr_abbaspour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91221902*2</w:t>
            </w:r>
          </w:p>
        </w:tc>
        <w:tc>
          <w:tcPr>
            <w:tcW w:type="dxa" w:w="1728"/>
          </w:tcPr>
          <w:p>
            <w:r>
              <w:t>Parinaz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Parook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91****9373</w:t>
            </w:r>
          </w:p>
        </w:tc>
        <w:tc>
          <w:tcPr>
            <w:tcW w:type="dxa" w:w="1728"/>
          </w:tcPr>
          <w:p>
            <w:r>
              <w:t>A.Z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Akeenlearner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91**4**393</w:t>
            </w:r>
          </w:p>
        </w:tc>
        <w:tc>
          <w:tcPr>
            <w:tcW w:type="dxa" w:w="1728"/>
          </w:tcPr>
          <w:p>
            <w:r>
              <w:t>💲👑Miss Big Trader👑💲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Missbigtrader98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9392*19322</w:t>
            </w:r>
          </w:p>
        </w:tc>
        <w:tc>
          <w:tcPr>
            <w:tcW w:type="dxa" w:w="1728"/>
          </w:tcPr>
          <w:p>
            <w:r>
              <w:t>Samaneh Zerang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samanezrg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91*319*14*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TRANSLATEACTIVE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921*201*2*</w:t>
            </w:r>
          </w:p>
        </w:tc>
        <w:tc>
          <w:tcPr>
            <w:tcW w:type="dxa" w:w="1728"/>
          </w:tcPr>
          <w:p>
            <w:r>
              <w:t>Forgive and forget😍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Aria1401M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919*72*4**</w:t>
            </w:r>
          </w:p>
        </w:tc>
        <w:tc>
          <w:tcPr>
            <w:tcW w:type="dxa" w:w="1728"/>
          </w:tcPr>
          <w:p>
            <w:r>
              <w:t>🌟elnaz_kjv⭐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910**411**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Maryammm_1999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9171**9*4*</w:t>
            </w:r>
          </w:p>
        </w:tc>
        <w:tc>
          <w:tcPr>
            <w:tcW w:type="dxa" w:w="1728"/>
          </w:tcPr>
          <w:p>
            <w:r>
              <w:t>TF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Fondofgreen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9140****07</w:t>
            </w:r>
          </w:p>
        </w:tc>
        <w:tc>
          <w:tcPr>
            <w:tcW w:type="dxa" w:w="1728"/>
          </w:tcPr>
          <w:p>
            <w:r>
              <w:t>Bardia Asgarian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bardia8071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912*10*9*7</w:t>
            </w:r>
          </w:p>
        </w:tc>
        <w:tc>
          <w:tcPr>
            <w:tcW w:type="dxa" w:w="1728"/>
          </w:tcPr>
          <w:p>
            <w:r>
              <w:t>zahra sadat</w:t>
            </w:r>
          </w:p>
        </w:tc>
        <w:tc>
          <w:tcPr>
            <w:tcW w:type="dxa" w:w="1728"/>
          </w:tcPr>
          <w:p>
            <w:r>
              <w:t>Razavi</w:t>
            </w:r>
          </w:p>
        </w:tc>
        <w:tc>
          <w:tcPr>
            <w:tcW w:type="dxa" w:w="1728"/>
          </w:tcPr>
          <w:p>
            <w:r>
              <w:t>Zsr97translation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919*00133*</w:t>
            </w:r>
          </w:p>
        </w:tc>
        <w:tc>
          <w:tcPr>
            <w:tcW w:type="dxa" w:w="1728"/>
          </w:tcPr>
          <w:p>
            <w:r>
              <w:t>نسیم</w:t>
            </w:r>
          </w:p>
        </w:tc>
        <w:tc>
          <w:tcPr>
            <w:tcW w:type="dxa" w:w="1728"/>
          </w:tcPr>
          <w:p>
            <w:r>
              <w:t>نجفی</w:t>
            </w:r>
          </w:p>
        </w:tc>
        <w:tc>
          <w:tcPr>
            <w:tcW w:type="dxa" w:w="1728"/>
          </w:tcPr>
          <w:p>
            <w:r>
              <w:t>sedayepool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913392303*</w:t>
            </w:r>
          </w:p>
        </w:tc>
        <w:tc>
          <w:tcPr>
            <w:tcW w:type="dxa" w:w="1728"/>
          </w:tcPr>
          <w:p>
            <w:r>
              <w:t>salehi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Abarkhoshah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9039******</w:t>
            </w:r>
          </w:p>
        </w:tc>
        <w:tc>
          <w:tcPr>
            <w:tcW w:type="dxa" w:w="1728"/>
          </w:tcPr>
          <w:p>
            <w:r>
              <w:t>genaveh</w:t>
            </w:r>
          </w:p>
        </w:tc>
        <w:tc>
          <w:tcPr>
            <w:tcW w:type="dxa" w:w="1728"/>
          </w:tcPr>
          <w:p>
            <w:r>
              <w:t>stock</w:t>
            </w:r>
          </w:p>
        </w:tc>
        <w:tc>
          <w:tcPr>
            <w:tcW w:type="dxa" w:w="1728"/>
          </w:tcPr>
          <w:p>
            <w:r>
              <w:t>genavehstock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99103*7499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D</w:t>
            </w:r>
          </w:p>
        </w:tc>
        <w:tc>
          <w:tcPr>
            <w:tcW w:type="dxa" w:w="1728"/>
          </w:tcPr>
          <w:p>
            <w:r>
              <w:t>LingoLaw_Courses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930**3*010</w:t>
            </w:r>
          </w:p>
        </w:tc>
        <w:tc>
          <w:tcPr>
            <w:tcW w:type="dxa" w:w="1728"/>
          </w:tcPr>
          <w:p>
            <w:r>
              <w:t>FATEMEH AZAMI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Sfa_010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91*73**30*</w:t>
            </w:r>
          </w:p>
        </w:tc>
        <w:tc>
          <w:tcPr>
            <w:tcW w:type="dxa" w:w="1728"/>
          </w:tcPr>
          <w:p>
            <w:r>
              <w:t>𝓗𝓸𝓼𝓼𝓮𝓲𝓷𝓲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Hosseini7700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9129377499</w:t>
            </w:r>
          </w:p>
        </w:tc>
        <w:tc>
          <w:tcPr>
            <w:tcW w:type="dxa" w:w="1728"/>
          </w:tcPr>
          <w:p>
            <w:r>
              <w:t>علیرضا جعفری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alrzaj001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9301141**2</w:t>
            </w:r>
          </w:p>
        </w:tc>
        <w:tc>
          <w:tcPr>
            <w:tcW w:type="dxa" w:w="1728"/>
          </w:tcPr>
          <w:p>
            <w:r>
              <w:t>Papyrus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Targetlanguage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93**72*297</w:t>
            </w:r>
          </w:p>
        </w:tc>
        <w:tc>
          <w:tcPr>
            <w:tcW w:type="dxa" w:w="1728"/>
          </w:tcPr>
          <w:p>
            <w:r>
              <w:t>طلوع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Roshanaeeha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91*7*414*3</w:t>
            </w:r>
          </w:p>
        </w:tc>
        <w:tc>
          <w:tcPr>
            <w:tcW w:type="dxa" w:w="1728"/>
          </w:tcPr>
          <w:p>
            <w:r>
              <w:t>Ya zahraaa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Mastodon_app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9114413120</w:t>
            </w:r>
          </w:p>
        </w:tc>
        <w:tc>
          <w:tcPr>
            <w:tcW w:type="dxa" w:w="1728"/>
          </w:tcPr>
          <w:p>
            <w:r>
              <w:t>Roham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fxrohamy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93*9032*0*</w:t>
            </w:r>
          </w:p>
        </w:tc>
        <w:tc>
          <w:tcPr>
            <w:tcW w:type="dxa" w:w="1728"/>
          </w:tcPr>
          <w:p>
            <w:r>
              <w:t>mani</w:t>
            </w:r>
          </w:p>
        </w:tc>
        <w:tc>
          <w:tcPr>
            <w:tcW w:type="dxa" w:w="1728"/>
          </w:tcPr>
          <w:p>
            <w:r>
              <w:t>almasi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9124107*0*</w:t>
            </w:r>
          </w:p>
        </w:tc>
        <w:tc>
          <w:tcPr>
            <w:tcW w:type="dxa" w:w="1728"/>
          </w:tcPr>
          <w:p>
            <w:r>
              <w:t>Next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Next2000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91*3*9***0</w:t>
            </w:r>
          </w:p>
        </w:tc>
        <w:tc>
          <w:tcPr>
            <w:tcW w:type="dxa" w:w="1728"/>
          </w:tcPr>
          <w:p>
            <w:r>
              <w:t>Eli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Elii_B1990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93**7122**</w:t>
            </w:r>
          </w:p>
        </w:tc>
        <w:tc>
          <w:tcPr>
            <w:tcW w:type="dxa" w:w="1728"/>
          </w:tcPr>
          <w:p>
            <w:r>
              <w:t>Saeid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Sa_eid848484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939091147*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B_AR93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91922940*4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G1250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901237*942</w:t>
            </w:r>
          </w:p>
        </w:tc>
        <w:tc>
          <w:tcPr>
            <w:tcW w:type="dxa" w:w="1728"/>
          </w:tcPr>
          <w:p>
            <w:r>
              <w:t>! زاخـ乙ﾑKԊﾑЯــار</w:t>
            </w:r>
          </w:p>
        </w:tc>
        <w:tc>
          <w:tcPr>
            <w:tcW w:type="dxa" w:w="1728"/>
          </w:tcPr>
          <w:p>
            <w:r>
              <w:t>Tkd</w:t>
            </w:r>
          </w:p>
        </w:tc>
        <w:tc>
          <w:tcPr>
            <w:tcW w:type="dxa" w:w="1728"/>
          </w:tcPr>
          <w:p>
            <w:r>
              <w:t>Nakhodaye_binam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919*710**7</w:t>
            </w:r>
          </w:p>
        </w:tc>
        <w:tc>
          <w:tcPr>
            <w:tcW w:type="dxa" w:w="1728"/>
          </w:tcPr>
          <w:p>
            <w:r>
              <w:t>زهرا</w:t>
            </w:r>
          </w:p>
        </w:tc>
        <w:tc>
          <w:tcPr>
            <w:tcW w:type="dxa" w:w="1728"/>
          </w:tcPr>
          <w:p>
            <w:r>
              <w:t>عباسی</w:t>
            </w:r>
          </w:p>
        </w:tc>
        <w:tc>
          <w:tcPr>
            <w:tcW w:type="dxa" w:w="1728"/>
          </w:tcPr>
          <w:p>
            <w:r>
              <w:t>Zahra1377abbasy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9122*793*3</w:t>
            </w:r>
          </w:p>
        </w:tc>
        <w:tc>
          <w:tcPr>
            <w:tcW w:type="dxa" w:w="1728"/>
          </w:tcPr>
          <w:p>
            <w:r>
              <w:t>Sarv</w:t>
            </w:r>
          </w:p>
        </w:tc>
        <w:tc>
          <w:tcPr>
            <w:tcW w:type="dxa" w:w="1728"/>
          </w:tcPr>
          <w:p>
            <w:r>
              <w:t>Ghoorchi</w:t>
            </w:r>
          </w:p>
        </w:tc>
        <w:tc>
          <w:tcPr>
            <w:tcW w:type="dxa" w:w="1728"/>
          </w:tcPr>
          <w:p>
            <w:r>
              <w:t>sarvghoorchi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930*2**023</w:t>
            </w:r>
          </w:p>
        </w:tc>
        <w:tc>
          <w:tcPr>
            <w:tcW w:type="dxa" w:w="1728"/>
          </w:tcPr>
          <w:p>
            <w:r>
              <w:t>Homehr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Homehr11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9214*4**0*</w:t>
            </w:r>
          </w:p>
        </w:tc>
        <w:tc>
          <w:tcPr>
            <w:tcW w:type="dxa" w:w="1728"/>
          </w:tcPr>
          <w:p>
            <w:r>
              <w:t>Elnaz</w:t>
            </w:r>
          </w:p>
        </w:tc>
        <w:tc>
          <w:tcPr>
            <w:tcW w:type="dxa" w:w="1728"/>
          </w:tcPr>
          <w:p>
            <w:r>
              <w:t>Mir</w:t>
            </w:r>
          </w:p>
        </w:tc>
        <w:tc>
          <w:tcPr>
            <w:tcW w:type="dxa" w:w="1728"/>
          </w:tcPr>
          <w:p>
            <w:r>
              <w:t>Elnazzmir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9101***013</w:t>
            </w:r>
          </w:p>
        </w:tc>
        <w:tc>
          <w:tcPr>
            <w:tcW w:type="dxa" w:w="1728"/>
          </w:tcPr>
          <w:p>
            <w:r>
              <w:t>Baghi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Ella_e33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91*7*002*7</w:t>
            </w:r>
          </w:p>
        </w:tc>
        <w:tc>
          <w:tcPr>
            <w:tcW w:type="dxa" w:w="1728"/>
          </w:tcPr>
          <w:p>
            <w:r>
              <w:t>راتین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Rayka1991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912471141*</w:t>
            </w:r>
          </w:p>
        </w:tc>
        <w:tc>
          <w:tcPr>
            <w:tcW w:type="dxa" w:w="1728"/>
          </w:tcPr>
          <w:p>
            <w:r>
              <w:t>Pari</w:t>
            </w:r>
          </w:p>
        </w:tc>
        <w:tc>
          <w:tcPr>
            <w:tcW w:type="dxa" w:w="1728"/>
          </w:tcPr>
          <w:p>
            <w:r>
              <w:t>Ganjian</w:t>
            </w:r>
          </w:p>
        </w:tc>
        <w:tc>
          <w:tcPr>
            <w:tcW w:type="dxa" w:w="1728"/>
          </w:tcPr>
          <w:p>
            <w:r>
              <w:t>Pariganj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91*2002*72</w:t>
            </w:r>
          </w:p>
        </w:tc>
        <w:tc>
          <w:tcPr>
            <w:tcW w:type="dxa" w:w="1728"/>
          </w:tcPr>
          <w:p>
            <w:r>
              <w:t>Amir R/T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AmirRT68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93***273**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ph_msc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9030904300</w:t>
            </w:r>
          </w:p>
        </w:tc>
        <w:tc>
          <w:tcPr>
            <w:tcW w:type="dxa" w:w="1728"/>
          </w:tcPr>
          <w:p>
            <w:r>
              <w:t>NȺV̸ID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navid_6234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93303*2374</w:t>
            </w:r>
          </w:p>
        </w:tc>
        <w:tc>
          <w:tcPr>
            <w:tcW w:type="dxa" w:w="1728"/>
          </w:tcPr>
          <w:p>
            <w:r>
              <w:t>sh.sh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9010470*14</w:t>
            </w:r>
          </w:p>
        </w:tc>
        <w:tc>
          <w:tcPr>
            <w:tcW w:type="dxa" w:w="1728"/>
          </w:tcPr>
          <w:p>
            <w:r>
              <w:t>Morpheus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Morpheus_k0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91*0**0*44</w:t>
            </w:r>
          </w:p>
        </w:tc>
        <w:tc>
          <w:tcPr>
            <w:tcW w:type="dxa" w:w="1728"/>
          </w:tcPr>
          <w:p>
            <w:r>
              <w:t>Samaneh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hello_welcome1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9011779**1</w:t>
            </w:r>
          </w:p>
        </w:tc>
        <w:tc>
          <w:tcPr>
            <w:tcW w:type="dxa" w:w="1728"/>
          </w:tcPr>
          <w:p>
            <w:r>
              <w:t>BIT●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Machaforce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911*3742*9</w:t>
            </w:r>
          </w:p>
        </w:tc>
        <w:tc>
          <w:tcPr>
            <w:tcW w:type="dxa" w:w="1728"/>
          </w:tcPr>
          <w:p>
            <w:r>
              <w:t>J</w:t>
            </w:r>
          </w:p>
        </w:tc>
        <w:tc>
          <w:tcPr>
            <w:tcW w:type="dxa" w:w="1728"/>
          </w:tcPr>
          <w:p>
            <w:r>
              <w:t>M2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930174230*</w:t>
            </w:r>
          </w:p>
        </w:tc>
        <w:tc>
          <w:tcPr>
            <w:tcW w:type="dxa" w:w="1728"/>
          </w:tcPr>
          <w:p>
            <w:r>
              <w:t>q.m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Mamandi531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990402**71</w:t>
            </w:r>
          </w:p>
        </w:tc>
        <w:tc>
          <w:tcPr>
            <w:tcW w:type="dxa" w:w="1728"/>
          </w:tcPr>
          <w:p>
            <w:r>
              <w:t>Samimi pur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MissSamimi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91247*291*</w:t>
            </w:r>
          </w:p>
        </w:tc>
        <w:tc>
          <w:tcPr>
            <w:tcW w:type="dxa" w:w="1728"/>
          </w:tcPr>
          <w:p>
            <w:r>
              <w:t>Mehra$X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Mehra266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939***3377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>
              <w:t>Dehqan</w:t>
            </w:r>
          </w:p>
        </w:tc>
        <w:tc>
          <w:tcPr>
            <w:tcW w:type="dxa" w:w="1728"/>
          </w:tcPr>
          <w:p>
            <w:r>
              <w:t>abolfazldehqaan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99103**4*9</w:t>
            </w:r>
          </w:p>
        </w:tc>
        <w:tc>
          <w:tcPr>
            <w:tcW w:type="dxa" w:w="1728"/>
          </w:tcPr>
          <w:p>
            <w:r>
              <w:t>MS</w:t>
            </w:r>
          </w:p>
        </w:tc>
        <w:tc>
          <w:tcPr>
            <w:tcW w:type="dxa" w:w="1728"/>
          </w:tcPr>
          <w:p>
            <w:r>
              <w:t>HH</w:t>
            </w:r>
          </w:p>
        </w:tc>
        <w:tc>
          <w:tcPr>
            <w:tcW w:type="dxa" w:w="1728"/>
          </w:tcPr>
          <w:p>
            <w:r>
              <w:t>MshsM1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913*010*2*</w:t>
            </w:r>
          </w:p>
        </w:tc>
        <w:tc>
          <w:tcPr>
            <w:tcW w:type="dxa" w:w="1728"/>
          </w:tcPr>
          <w:p>
            <w:r>
              <w:t>‌MarNaz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MarNaz_24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  <w:tr>
        <w:tc>
          <w:tcPr>
            <w:tcW w:type="dxa" w:w="1728"/>
          </w:tcPr>
          <w:p>
            <w:r>
              <w:t>912*23***3</w:t>
            </w:r>
          </w:p>
        </w:tc>
        <w:tc>
          <w:tcPr>
            <w:tcW w:type="dxa" w:w="1728"/>
          </w:tcPr>
          <w:p>
            <w:r>
              <w:t>soheila</w:t>
            </w:r>
          </w:p>
        </w:tc>
        <w:tc>
          <w:tcPr>
            <w:tcW w:type="dxa" w:w="1728"/>
          </w:tcPr>
          <w:p>
            <w:r>
              <w:t>ziaeddin</w:t>
            </w:r>
          </w:p>
        </w:tc>
        <w:tc>
          <w:tcPr>
            <w:tcW w:type="dxa" w:w="1728"/>
          </w:tcPr>
          <w:p>
            <w:r>
              <w:t>soheilaziaeddin</w:t>
            </w:r>
          </w:p>
        </w:tc>
        <w:tc>
          <w:tcPr>
            <w:tcW w:type="dxa" w:w="1728"/>
          </w:tcPr>
          <w:p>
            <w:r>
              <w:t>گروه آموزشی ترجمه "مالی و اقتصادی"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آموزشی ترجمه "مالی و اقتصادی"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